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רחוב הדקל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ודמויות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אבנים, קוצים ושקיות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שננה מהקומה השלישית הביאה זרעים של עגבניות.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בגינה צמחו גם עגבניות ונענע, לא רק פרחים.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למה שהביאה או עשתה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(הביא מעדר)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(הביאה זרעים של עגבניות)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(בנה ספסל מעץ ישן)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במגרש היו רק אבנים, קוצים ושקיות.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הציעה לעומר להפוך את המגרש לגינה.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האמינה שגם רעיון קטן יכול לגדול, ולכן המשיכה לפעול למרות הספק של עומר.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אבנים, קוצים ושקיות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ננה מהקומה השלישית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ששני אנשים, גם ילדים, יכולים להתחיל משהו גדול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פתרון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בערך של שיתוף פעולה בין שכנים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עם קשיים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רחוב הדקל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הבנת הנקרא על פי הסיפור 'הגינה של רחוב הדקל', שמספר איך שני ילדים וקבוצת שכנים הפכו מגרש ריק לגינה פורחת.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מודעה  ·  מגרש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במגרש לפני שהפך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אבנים, קוצים ושקיות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עצים ופרחים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מגרש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אמרה מאיה את הרעיון להפוך את המגרש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לטספאי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ננה הביאה זרעים של עגבניות.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בגינה צמחו רק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ליד הבניין של מאיה היה __________ ריק.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מאיה כתבה __________ ותלתה אותה בכניסה לבניין.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הדמות למה שהביאה או עשתה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 אוחיון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בנה ספסל מעץ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ננה מהקומה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הביא מעדר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טספאי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הביאה זרעים של עגבניות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הציעה לעומר להפוך את המגרש לגינה.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במגרש היו רק אבנים, קוצים ושקיות.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לדעתכם מאיה לא ויתרה כשעומר צחק על הרעיון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במגרש לפני שהפך לגינה?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הביא את הזרעים של העגבניות?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של רחוב הדקל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