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רחוב הדקל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ודמויות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אבנים, קוצים ושקיות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כתבה מודעה ותלתה אותה בכניסה לבניין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ספסל מעץ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שננה מהקומה השלישית הביאה זרעים של עגבניות.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עומר צחק ואמר שהם רק שני ילדים.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בגינה צמחו גם עגבניות ונענע, לא רק פרחים.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מאיה כתבה תור השקיה על לוח.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צהובים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למה שהביאה או עשתה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(הביא מעדר)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(הביאה זרעים של עגבניות)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(הביא דלי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(בנה ספסל מעץ 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(כתבה את תור ההשקיה על הלוח)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במגרש היו רק אבנים, קוצים ושקיות.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הציעה לעומר להפוך את המגרש לגינה.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השכנים הגיעו בשבת וניקו, חפרו ושתלו.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במגרש צמחו עגבניות, נענע ופרחים צהובים.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האמינה שגם רעיון קטן יכול לגדול, ולכן המשיכה לפעול למרות הספק של עומר.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אבנים, קוצים ושקיות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ננה מהקומה השלישית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ששני אנשים, גם ילדים, יכולים להתחיל משהו גדול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פתרון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בערך של שיתוף פעולה בין שכנים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עם קשיים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רחוב הדקל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יחד סיפור קצר על ילדה בשם מאיה שרצתה להפוך מגרש ריק לגינה. נענה על שאלות פשוטות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פתוח ליד 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מידע שתולים כדי שאנשים יקראו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לחפירה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שממנו גדל צמח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 צמחים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מים לצמחים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לפי זמן, מי עושה מה ומתי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הפסיקה לנסות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במגרש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אבנים, קוצים ושקיות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עצים ופרחים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חניה למכוניות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מאיה סיפרה את הרעיון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לטספאי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למר אוחיון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מאיה סיפרה לשכנים על הרעיון?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מודעה ותלתה אותה בכניסה לבניין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התקשרה לכל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דפקה בדלתות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מכתב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 אוחיון הביא?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טספאי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ספסל מעץ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ננה הביאה זרעים של עגבניות.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האמין מיד שהרעיון של מאיה יצליח.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בגינה צמחו רק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השכנים קבעו תור כדי להשקות את הגינה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ליד הבניין של מאיה היה __________ ריק.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מאיה כתבה __________ ותלתה אותה בכניסה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מר אוחיון הביא __________ לחפירה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במגרש צמחו עגבניות, נענע ופרחים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עומר אמר למאיה: צדקת, שני ילדים יכולים להתחיל משהו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למה שהביאה או עשתה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אוחיון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בנה ספסל מעץ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ננה מהקומה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הביא דלי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אחיו הקטן של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הביאה זרעים של עגבניות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טספאי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את תור ההשקיה על הלוח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הביא מעדר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במגרש צמחו עגבניות, נענע ופרחים צהובים.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במגרש היו רק אבנים, קוצים ושקיות.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הציעה לעומר להפוך את המגרש לגינה.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השכנים הגיעו בשבת וניקו, חפרו ושתלו.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מאיה לא ויתרה כשעומר צחק על הרעיון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במגרש לפני שהפך לגינה?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הביא את הזרעים של העגבניות?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 עומר מהסיפור?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של רחוב הדקל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