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הגינה של רחוב הדקל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רצף האירועים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פרטים ודמויות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הסקת מסקנות מתוך הקריאה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אבנים, קוצים ושקיות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לעומר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כתבה מודעה ותלתה אותה בכניסה לבניין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מעדר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ספסל מעץ ישן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בטקסט כתוב שננה מהקומה השלישית הביאה זרעים של עגבניות.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עומר צחק ואמר שהם רק שני ילדים.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בגינה צמחו גם עגבניות ונענע, לא רק פרחים.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מאיה כתבה תור השקיה על לוח.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מגרש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מעדר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צהובים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גדול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הדמות למה שהביאה או עשתה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(הביא מעדר)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(הביאה זרעים של עגבניות)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(הביא דלי 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(בנה ספסל מעץ ישן)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(כתבה את תור ההשקיה על הלוח)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האירועים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במגרש היו רק אבנים, קוצים ושקיות.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מאיה הציעה לעומר להפוך את המגרש לגינה.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השכנים הגיעו בשבת וניקו, חפרו ושתלו.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במגרש צמחו עגבניות, נענע ופרחים צהובים.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מאיה האמינה שגם רעיון קטן יכול לגדול, ולכן המשיכה לפעול למרות הספק של עומר.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אבנים, קוצים ושקיות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ננה מהקומה השלישית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ששני אנשים, גם ילדים, יכולים להתחיל משהו גדול יחד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הסיפור פעם נוספת לפני פתרון הדף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לדון בכיתה בערך של שיתוף פעולה בין שכנים לפני המעבר למשימת הכתיבה הפתוחה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לתלמידים עם קשיים אפשר להשמיט את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הגינה של רחוב הדקל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הבנת הנקרא על פי הסיפור 'הגינה של רחוב הדקל', שמספר איך שני ילדים וקבוצת שכנים הפכו מגרש ריק לגינה פורחת.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היה במגרש לפני שהפך לגינה?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אבנים, קוצים ושקיות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עצים ופרחים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מגרש משחקים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חניה למכוניות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למי אמרה מאיה את הרעיון להפוך את המגרש לגינה?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לעומר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לטספאי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לננה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למר אוחיון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עשתה מאיה כדי להזמין את השכנים לעזור?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כתבה מודעה ותלתה אותה בכניסה לבניין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התקשרה לכל שכן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דפקה בדלתות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שלחה מכתב בדואר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הביא מר אוחיון לגינה?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מעדר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זרעים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דלי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בנה טספאי מהבניין ממול?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ספסל מעץ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בריכה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ננה הביאה זרעים של עגבניות.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עומר האמין מיד שהרעיון של מאיה יצליח.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בגינה צמחו רק פרחים.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השכנים קבעו תור כדי להשקות את הגינה בכל יום.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ליד הבניין של מאיה היה __________ ריק.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מאיה כתבה __________ ותלתה אותה בכניסה לבניין.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מר אוחיון הביא __________ לחפירה באדמה.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במגרש צמחו עגבניות, נענע ופרחים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עומר אמר למאיה: צדקת, שני ילדים יכולים להתחיל משהו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הדמות למה שהביאה או עשתה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מר אוחיון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הביא דלי 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ננה מהקומה השלישית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בנה ספסל מעץ ישן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אחיו הקטן של עומר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הביא מעדר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טספאי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כתבה את תור ההשקיה על הלוח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מאיה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הביאה זרעים של עגבניות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האירועים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השכנים הגיעו בשבת וניקו, חפרו ושתלו.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במגרש היו רק אבנים, קוצים ושקיות.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במגרש צמחו עגבניות, נענע ופרחים צהובים.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מאיה הציעה לעומר להפוך את המגרש לגינה.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לדעתכם מאיה לא ויתרה כשעומר צחק על הרעיון שלה?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היה במגרש לפני שהפך לגינה?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הביא את הזרעים של העגבניות?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למד עומר מהסיפור?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הגינה של רחוב הדקל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